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SOAP2 AI Assistant (Claude) — User Guide</w:t>
      </w:r>
    </w:p>
    <w:p>
      <w:pPr>
        <w:jc w:val="center"/>
      </w:pPr>
      <w:r>
        <w:rPr>
          <w:i/>
        </w:rPr>
        <w:t>Beta Edition</w:t>
      </w:r>
    </w:p>
    <w:p>
      <w:r>
        <w:t># SOAP2 AI Assistant (Claude) — User Guide</w:t>
      </w:r>
    </w:p>
    <w:p>
      <w:r>
        <w:t>(BETA)</w:t>
      </w:r>
    </w:p>
    <w:p>
      <w:r>
        <w:t>You can ask an AI assistant — **Claude** — questions about SOAP2 in plain language and get answers taken</w:t>
      </w:r>
    </w:p>
    <w:p>
      <w:r>
        <w:t>from SOAP2's own Help, with links to the pages and feature guides they came from. Ask</w:t>
      </w:r>
    </w:p>
    <w:p>
      <w:r>
        <w:t>*"How do I rewind to a past date?"*, *"What is skew?"* or *"What changed in the latest version?"* and Claude</w:t>
      </w:r>
    </w:p>
    <w:p>
      <w:r>
        <w:t>looks it up in this documentation instead of guessing.</w:t>
      </w:r>
    </w:p>
    <w:p>
      <w:r>
        <w:t>There is no need to type 'run_analysis', '`search_help` or `get_help_page` — just ask naturally.</w:t>
      </w:r>
    </w:p>
    <w:p>
      <w:r>
        <w:t>NB: Claude is used here as an example. The SOAP MCP is a standard interface that can be used with any LLM platform that supports the MCP protocol.</w:t>
      </w:r>
    </w:p>
    <w:p>
      <w:r>
        <w:t>If a topic is advanced — the Greeks, implied volatility, skew, GEX/VEX — Claude is set up to start with a short</w:t>
      </w:r>
    </w:p>
    <w:p>
      <w:r>
        <w:t>plain-language introduction, then explain how SOAP2 handles it, then point you to further reading (SOAP2's own</w:t>
      </w:r>
    </w:p>
    <w:p>
      <w:r>
        <w:t>guides first, then well-known outside references, clearly labelled as outside SOAP2).</w:t>
      </w:r>
    </w:p>
    <w:p>
      <w:r>
        <w:t>**Premium** edition (or the **Free Trial**) also unlocks Claude reading your actual SOAP2 data — trades,</w:t>
      </w:r>
    </w:p>
    <w:p>
      <w:r>
        <w:t>positions, vol/skew, GEX/VEX, regime tools — live while SOAP2 is running, or the last-stored numbers when</w:t>
      </w:r>
    </w:p>
    <w:p>
      <w:r>
        <w:t>it's closed. See Step 3.</w:t>
      </w:r>
    </w:p>
    <w:p>
      <w:r>
        <w:t>**Related:**</w:t>
      </w:r>
    </w:p>
    <w:p>
      <w:r>
        <w:t>- [SOAP2 Help Guide](./index.md.html)</w:t>
      </w:r>
    </w:p>
    <w:p>
      <w:r>
        <w:t>- [User Manual](./user_manual.md.html)</w:t>
      </w:r>
    </w:p>
    <w:p>
      <w:r>
        <w:t>---</w:t>
      </w:r>
    </w:p>
    <w:p>
      <w:r>
        <w:t># What you need</w:t>
      </w:r>
    </w:p>
    <w:p>
      <w:r>
        <w:t>- **SOAP2 installed.** Help search and live-state questions need SOAP2 *running* (nothing else has to be</w:t>
      </w:r>
    </w:p>
    <w:p>
      <w:r>
        <w:t>loaded — no Interactive Brokers connection, no open Options Analysis window). With **Premium or the Free</w:t>
      </w:r>
    </w:p>
    <w:p>
      <w:r>
        <w:t>Trial**, offline mode (Step 3) lets Claude still answer from SOAP2's last stored data even while it's closed.</w:t>
      </w:r>
    </w:p>
    <w:p>
      <w:r>
        <w:t>- **Claude Desktop** or **Claude Code** (Anthropic's apps), signed in. Any Claude plan that supports adding</w:t>
      </w:r>
    </w:p>
    <w:p>
      <w:r>
        <w:t>local tools ("MCP servers") will do.</w:t>
      </w:r>
    </w:p>
    <w:p>
      <w:r>
        <w:t>- **Windows PowerShell** (already part of Windows) — used once to connect Claude to SOAP2.</w:t>
      </w:r>
    </w:p>
    <w:p>
      <w:r>
        <w:t>There is **nothing to switch on inside SOAP2**: the assistant's Help connection starts by itself every time SOAP2</w:t>
      </w:r>
    </w:p>
    <w:p>
      <w:r>
        <w:t>starts. You only have to tell Claude where to find it, once.</w:t>
      </w:r>
    </w:p>
    <w:p>
      <w:r>
        <w:t># Step 1 — Check that SOAP2 is ready</w:t>
      </w:r>
    </w:p>
    <w:p>
      <w:r>
        <w:t>Start SOAP2. Open the **Message Log**; near the start you should see a line like:</w:t>
      </w:r>
    </w:p>
    <w:p>
      <w:r>
        <w:t>AI bridge started (local, current user only). Calls: …search_help, get_help_page</w:t>
      </w:r>
    </w:p>
    <w:p>
      <w:r>
        <w:t>That is all SOAP2 needs to do. If you don't see it, see *If something doesn't work* below.</w:t>
      </w:r>
    </w:p>
    <w:p>
      <w:r>
        <w:t># Step 2 — Connect Claude (one time)</w:t>
      </w:r>
    </w:p>
    <w:p>
      <w:r>
        <w:t>In SOAP2, open **General Settings** and find **AI assistant (Claude)**. Click **Connect Claude Desktop...** or</w:t>
      </w:r>
    </w:p>
    <w:p>
      <w:r>
        <w:t>**Connect Claude Code...**, whichever app you use — there is nothing to open, find or type yourself. SOAP2 runs</w:t>
      </w:r>
    </w:p>
    <w:p>
      <w:r>
        <w:t>the connection for you and opens a small window showing what it did (leave that window open until it finishes;</w:t>
      </w:r>
    </w:p>
    <w:p>
      <w:r>
        <w:t>it tells you if Claude Desktop needs to be quit first). This is the same thing as running the script below by</w:t>
      </w:r>
    </w:p>
    <w:p>
      <w:r>
        <w:t>hand — the button just does it for you.</w:t>
      </w:r>
    </w:p>
    <w:p>
      <w:r>
        <w:t>## Claude Desktop</w:t>
      </w:r>
    </w:p>
    <w:p>
      <w:r>
        <w:t>1. In General Settings, click **Connect Claude Desktop...**.</w:t>
      </w:r>
    </w:p>
    <w:p>
      <w:r>
        <w:t>2. If Claude Desktop is running, the window will tell you to quit it completely first — right-click its icon in</w:t>
      </w:r>
    </w:p>
    <w:p>
      <w:r>
        <w:t>the system tray (bottom right, near the clock) and choose **Quit**. Closing the window is not enough — Claude</w:t>
      </w:r>
    </w:p>
    <w:p>
      <w:r>
        <w:t>Desktop rewrites its settings when it exits, which would undo the change. Click the button again once it's quit.</w:t>
      </w:r>
    </w:p>
    <w:p>
      <w:r>
        <w:t>3. The window prints the settings file it changed, the backup it made (a `.bak` file beside it), and *Done*.</w:t>
      </w:r>
    </w:p>
    <w:p>
      <w:r>
        <w:t>4. Start Claude Desktop and open a **new chat**. SOAP2 appears among Claude's tools/connectors (look under the</w:t>
      </w:r>
    </w:p>
    <w:p>
      <w:r>
        <w:t>**+** or tools icon next to the message box).</w:t>
      </w:r>
    </w:p>
    <w:p>
      <w:r>
        <w:t>## Claude Code</w:t>
      </w:r>
    </w:p>
    <w:p>
      <w:r>
        <w:t>1. In General Settings, click **Connect Claude Code...**.</w:t>
      </w:r>
    </w:p>
    <w:p>
      <w:r>
        <w:t>2. Start a **new** Claude Code session. Typing `/mcp` in it lists **soap2** as connected.</w:t>
      </w:r>
    </w:p>
    <w:p>
      <w:r>
        <w:t>### If you'd rather do it by hand (or the button can't find PowerShell)</w:t>
      </w:r>
    </w:p>
    <w:p>
      <w:r>
        <w:t>SOAP2 installs a small connector program, **SOAP2.Mcp.exe**, together with two connection scripts, in the</w:t>
      </w:r>
    </w:p>
    <w:p>
      <w:r>
        <w:t>**AiAssistant** folder inside your SOAP2 installation folder. Open that folder, click in its address bar, type</w:t>
      </w:r>
    </w:p>
    <w:p>
      <w:r>
        <w:t>`powershell` and press Enter, then run:</w:t>
      </w:r>
    </w:p>
    <w:p>
      <w:r>
        <w:t>powershell -ExecutionPolicy Bypass -File .\Install-ClaudeDesktop.ps1</w:t>
      </w:r>
    </w:p>
    <w:p>
      <w:r>
        <w:t>(or `.\Install-ClaudeCode.ps1` for Claude Code). The `-ExecutionPolicy Bypass` part only applies to this one</w:t>
      </w:r>
    </w:p>
    <w:p>
      <w:r>
        <w:t>command; it is needed because Windows blocks downloaded scripts by default. The script only edits Claude's own</w:t>
      </w:r>
    </w:p>
    <w:p>
      <w:r>
        <w:t>settings file. Both scripts are safe to run again, and both take `-Remove` to undo the connection:</w:t>
      </w:r>
    </w:p>
    <w:p>
      <w:r>
        <w:t>powershell -ExecutionPolicy Bypass -File .\Install-ClaudeDesktop.ps1 -Remove</w:t>
      </w:r>
    </w:p>
    <w:p>
      <w:r>
        <w:t># Step 3 — Live SOAP2 data (Premium, and the Free Trial)</w:t>
      </w:r>
    </w:p>
    <w:p>
      <w:r>
        <w:t>Everything above (Help search) works for every edition, with SOAP2 running or not. **Reading your live</w:t>
      </w:r>
    </w:p>
    <w:p>
      <w:r>
        <w:t>SOAP2 state** — open Options Analysis windows, trades, vol/skew/GEX readings, sticky-skew and dispersion</w:t>
      </w:r>
    </w:p>
    <w:p>
      <w:r>
        <w:t>regimes, watchlist — is a separate, still-in-beta capability included with the **Premium** edition, the</w:t>
      </w:r>
    </w:p>
    <w:p>
      <w:r>
        <w:t>**Free Trial** (like every other Premium feature during the test period), and always on for developers.</w:t>
      </w:r>
    </w:p>
    <w:p>
      <w:r>
        <w:t>It is read-only: nothing can be changed, no order can be placed, and no account balances are ever exposed.</w:t>
      </w:r>
    </w:p>
    <w:p>
      <w:r>
        <w:t>If you're on Premium or the Free Trial, turn it on in **General Settings → Enable AI bridge (live state,</w:t>
      </w:r>
    </w:p>
    <w:p>
      <w:r>
        <w:t>beta)**. Once on, ask things like:</w:t>
      </w:r>
    </w:p>
    <w:p>
      <w:r>
        <w:t>- *What's my current SPX position look like?*</w:t>
      </w:r>
    </w:p>
    <w:p>
      <w:r>
        <w:t>- *Give me a market read on SPX.*</w:t>
      </w:r>
    </w:p>
    <w:p>
      <w:r>
        <w:t>- *What's the sticky-skew regime right now?*</w:t>
      </w:r>
    </w:p>
    <w:p>
      <w:r>
        <w:t>- *Review Trade 25 for me.*</w:t>
      </w:r>
    </w:p>
    <w:p>
      <w:r>
        <w:t>- *Run SPX Distribution Stats and tell me what it shows.*</w:t>
      </w:r>
    </w:p>
    <w:p>
      <w:r>
        <w:t>Claude combines SOAP2's own numbers with outside information (general market knowledge, current events)</w:t>
      </w:r>
    </w:p>
    <w:p>
      <w:r>
        <w:t>to give you an actual read, not just a data dump — and it always tells you how old a figure is if SOAP2</w:t>
      </w:r>
    </w:p>
    <w:p>
      <w:r>
        <w:t>hasn't refreshed it recently, rather than presenting it as live.</w:t>
      </w:r>
    </w:p>
    <w:p>
      <w:r>
        <w:t>## Offline mode — works even with SOAP2 closed</w:t>
      </w:r>
    </w:p>
    <w:p>
      <w:r>
        <w:t>When SOAP2 isn't running (or the live-state setting above is off), Claude can still read SOAP2's **last</w:t>
      </w:r>
    </w:p>
    <w:p>
      <w:r>
        <w:t>stored results** straight off disk — the same numbers you'd see in each tool, just not refreshed. It</w:t>
      </w:r>
    </w:p>
    <w:p>
      <w:r>
        <w:t>combines those with outside information to give you an initial, clearly-dated read, then tells you which</w:t>
      </w:r>
    </w:p>
    <w:p>
      <w:r>
        <w:t>specific SOAP2 tool to run once you start it up, if something is stale or missing.</w:t>
      </w:r>
    </w:p>
    <w:p>
      <w:r>
        <w:t>This is on by default (**General Settings → Allow AI Assistant offline/outside-info access**) for the</w:t>
      </w:r>
    </w:p>
    <w:p>
      <w:r>
        <w:t>same editions as live state above. Turn it off if you'd rather Claude only ever answer from Help.</w:t>
      </w:r>
    </w:p>
    <w:p>
      <w:r>
        <w:t>## Comprehensive market analysis — `run_analysis`</w:t>
      </w:r>
    </w:p>
    <w:p>
      <w:r>
        <w:t>Ask Claude to **"run a comprehensive market analysis"** or **"run analysis"** (with optional size 250/500/1000).</w:t>
      </w:r>
    </w:p>
    <w:p>
      <w:r>
        <w:t>This gathers SPX distribution stats, dispersion regime, sticky-skew regime, and VIX term structure into</w:t>
      </w:r>
    </w:p>
    <w:p>
      <w:r>
        <w:t>one coherent AI-written summary with trade ideas. It is the fastest way to get a complete market picture.</w:t>
      </w:r>
    </w:p>
    <w:p>
      <w:r>
        <w:t>**Three output depths:**</w:t>
      </w:r>
    </w:p>
    <w:p>
      <w:r>
        <w:t>- **size 250**: Executive summary + one headline trade idea (for quick briefings)</w:t>
      </w:r>
    </w:p>
    <w:p>
      <w:r>
        <w:t>- **size 500**: Standard narrative connecting findings across domains (default; best for most use)</w:t>
      </w:r>
    </w:p>
    <w:p>
      <w:r>
        <w:t>- **size 1000+**: Deep analysis with alternative scenarios and historical context (for deep research)</w:t>
      </w:r>
    </w:p>
    <w:p>
      <w:r>
        <w:t>Examples:</w:t>
      </w:r>
    </w:p>
    <w:p>
      <w:r>
        <w:t>- *"Run a comprehensive analysis."* (uses default 500 words)</w:t>
      </w:r>
    </w:p>
    <w:p>
      <w:r>
        <w:t>- *"Run comprehensive analysis, size 250, just give me the headline."*</w:t>
      </w:r>
    </w:p>
    <w:p>
      <w:r>
        <w:t>- *"Deep comprehensive analysis please, 1000 words."*</w:t>
      </w:r>
    </w:p>
    <w:p>
      <w:r>
        <w:t>**Online vs offline:** When SOAP2 is running, `run_analysis` gathers live or freshly-stored data and tells</w:t>
      </w:r>
    </w:p>
    <w:p>
      <w:r>
        <w:t>Claude which sources are fresh and which are stale. When SOAP2 is closed, it reads the last-known stored</w:t>
      </w:r>
    </w:p>
    <w:p>
      <w:r>
        <w:t>state from disk, clearly labelled as a snapshot. Either way, it returns sources + instructions for Claude</w:t>
      </w:r>
    </w:p>
    <w:p>
      <w:r>
        <w:t>to write the narrative.</w:t>
      </w:r>
    </w:p>
    <w:p>
      <w:r>
        <w:t># Understanding the AI Bridge calls</w:t>
      </w:r>
    </w:p>
    <w:p>
      <w:r>
        <w:t>Claude can use several different calls to gather information from SOAP2. Most of the time you don't need</w:t>
      </w:r>
    </w:p>
    <w:p>
      <w:r>
        <w:t>to think about which call Claude uses — just ask your question naturally. Claude automatically decides which</w:t>
      </w:r>
    </w:p>
    <w:p>
      <w:r>
        <w:t>tool fits your question best. But understanding how they work helps you ask for exactly what you want, and</w:t>
      </w:r>
    </w:p>
    <w:p>
      <w:r>
        <w:t>explains why Claude might suggest running a specific tool.</w:t>
      </w:r>
    </w:p>
    <w:p>
      <w:r>
        <w:t>## How Claude chooses which tool to use</w:t>
      </w:r>
    </w:p>
    <w:p>
      <w:r>
        <w:t>You ask in natural language — *"What's my SPX position look like?"* or *"Run comprehensive analysis"* — and</w:t>
      </w:r>
    </w:p>
    <w:p>
      <w:r>
        <w:t>Claude sees that it has several SOAP2 tools available (via MCP, the Model Context Protocol). Claude reads</w:t>
      </w:r>
    </w:p>
    <w:p>
      <w:r>
        <w:t>your question, considers what information would help, and picks the right tool(s).</w:t>
      </w:r>
    </w:p>
    <w:p>
      <w:r>
        <w:t>You never type `run_analysis` or `get_market_read` directly. Those are the **tool names** Claude uses</w:t>
      </w:r>
    </w:p>
    <w:p>
      <w:r>
        <w:t>behind the scenes. When Claude runs a tool, it displays the result in your chat — you see the answer, not</w:t>
      </w:r>
    </w:p>
    <w:p>
      <w:r>
        <w:t>the tool name.</w:t>
      </w:r>
    </w:p>
    <w:p>
      <w:r>
        <w:t>If Claude picks the wrong tool or misses something, just clarify: *"Actually, I want the market read on SPX,</w:t>
      </w:r>
    </w:p>
    <w:p>
      <w:r>
        <w:t>not comprehensive analysis"* or *"Also run the distribution stats for me."*</w:t>
      </w:r>
    </w:p>
    <w:p>
      <w:r>
        <w:t>## Help search (available in every edition)</w:t>
      </w:r>
    </w:p>
    <w:p>
      <w:r>
        <w:t>**`search_help` / `get_help_page`**</w:t>
      </w:r>
    </w:p>
    <w:p>
      <w:r>
        <w:t>- Search SOAP2's Help documentation by keyword or ask about a specific topic</w:t>
      </w:r>
    </w:p>
    <w:p>
      <w:r>
        <w:t>- Works offline; does not need SOAP2 running or live-state enabled</w:t>
      </w:r>
    </w:p>
    <w:p>
      <w:r>
        <w:t>- Includes SOAP2's guides, feature walkthroughs, and release notes</w:t>
      </w:r>
    </w:p>
    <w:p>
      <w:r>
        <w:t>- Examples: *"How do I rewind?"*, *"What's the difference between HSkew and VSkew?"*</w:t>
      </w:r>
    </w:p>
    <w:p>
      <w:r>
        <w:t>## Live data and regime tools (Premium, Free Trial, and developers)</w:t>
      </w:r>
    </w:p>
    <w:p>
      <w:r>
        <w:t>These calls pull from open SOAP2 windows and stored analysis results. They work best with SOAP2 running,</w:t>
      </w:r>
    </w:p>
    <w:p>
      <w:r>
        <w:t>but fall back to offline mode (last-stored data) when SOAP2 is closed.</w:t>
      </w:r>
    </w:p>
    <w:p>
      <w:r>
        <w:t>**`get_market_read`** — SPX volatility, skew, and Greeks</w:t>
      </w:r>
    </w:p>
    <w:p>
      <w:r>
        <w:t>- Spot price, IV rank/percentile, IV curve, skew wings, GEX/VEX</w:t>
      </w:r>
    </w:p>
    <w:p>
      <w:r>
        <w:t>- Combines recent trade data (realized vol, realized skew) with current market</w:t>
      </w:r>
    </w:p>
    <w:p>
      <w:r>
        <w:t>- Use when you want a quick vol/skew snapshot: *"Give me a market read on SPX."*</w:t>
      </w:r>
    </w:p>
    <w:p>
      <w:r>
        <w:t>**`get_sticky_skew`** — Sticky-skew regime classification</w:t>
      </w:r>
    </w:p>
    <w:p>
      <w:r>
        <w:t>- Is the market in sticky-strike or sticky-delta regime? (and confidence level)</w:t>
      </w:r>
    </w:p>
    <w:p>
      <w:r>
        <w:t>- Daily or hourly breakdown</w:t>
      </w:r>
    </w:p>
    <w:p>
      <w:r>
        <w:t>- Use when regime is relevant to your decision: *"What's the sticky-skew regime right now?"*</w:t>
      </w:r>
    </w:p>
    <w:p>
      <w:r>
        <w:t>**`get_skew_read`** — HSkew and VSkew details</w:t>
      </w:r>
    </w:p>
    <w:p>
      <w:r>
        <w:t>- Horizontal skew (wings structure across strikes)</w:t>
      </w:r>
    </w:p>
    <w:p>
      <w:r>
        <w:t>- Vertical skew (term structure of skew across expirations)</w:t>
      </w:r>
    </w:p>
    <w:p>
      <w:r>
        <w:t>- Latest vs Previous comparison (what changed since you last looked)</w:t>
      </w:r>
    </w:p>
    <w:p>
      <w:r>
        <w:t>- Use for detailed skew analysis: *"What's the skew doing?"*, *"Has the wings structure changed?"*</w:t>
      </w:r>
    </w:p>
    <w:p>
      <w:r>
        <w:t>**`get_trade_review`** — Single trade P&amp;L, Greeks, risk</w:t>
      </w:r>
    </w:p>
    <w:p>
      <w:r>
        <w:t>- For a specific trade number: Greeks, realized vs unrealized P&amp;L, breakevens, legs summary</w:t>
      </w:r>
    </w:p>
    <w:p>
      <w:r>
        <w:t>- Works with trades in a loaded TLog or an open Options Analysis window</w:t>
      </w:r>
    </w:p>
    <w:p>
      <w:r>
        <w:t>- Use when you want a detailed take on one position: *"Review Trade 25 for me."*</w:t>
      </w:r>
    </w:p>
    <w:p>
      <w:r>
        <w:t>**`get_trade_rules`** — Trade alert rules</w:t>
      </w:r>
    </w:p>
    <w:p>
      <w:r>
        <w:t>- Per-trade rules monitoring (Time, Greeks, Financial, Positioning rules)</w:t>
      </w:r>
    </w:p>
    <w:p>
      <w:r>
        <w:t>- Status and recommended actions (Alert / Adjust / Roll / Reduce / Close)</w:t>
      </w:r>
    </w:p>
    <w:p>
      <w:r>
        <w:t>- Use to check rule alerts: *"Any trade rule alerts right now?"*</w:t>
      </w:r>
    </w:p>
    <w:p>
      <w:r>
        <w:t>**`run_analysis`** — Comprehensive market analysis and on-demand tool runs</w:t>
      </w:r>
    </w:p>
    <w:p>
      <w:r>
        <w:t>- **`run_analysis(comprehensive, size=250|500|1000)`** gathers SPX stats, dispersion, sticky-skew, VIX term</w:t>
      </w:r>
    </w:p>
    <w:p>
      <w:r>
        <w:t>into one AI-written summary with trade ideas. Works online and offline.</w:t>
      </w:r>
    </w:p>
    <w:p>
      <w:r>
        <w:t>- **`run_analysis(spx_distribution_stats)`** starts a fresh SPX stats run (GARCH fit, tail risk, EVT analysis)</w:t>
      </w:r>
    </w:p>
    <w:p>
      <w:r>
        <w:t>- **`run_analysis(dispersion_regime)`** starts a fresh dispersion calculation and backfill</w:t>
      </w:r>
    </w:p>
    <w:p>
      <w:r>
        <w:t>- **`run_analysis(sticky_skew)`** starts a fresh sticky-skew calculation (daily, hourly, or hourly_eth)</w:t>
      </w:r>
    </w:p>
    <w:p>
      <w:r>
        <w:t>- Use for comprehensive briefings: *"Run comprehensive analysis."*, or to freshen a specific tool:</w:t>
      </w:r>
    </w:p>
    <w:p>
      <w:r>
        <w:t>*"Run spx_distribution_stats and tell me what it shows."*</w:t>
      </w:r>
    </w:p>
    <w:p>
      <w:r>
        <w:t>## How they overlap</w:t>
      </w:r>
    </w:p>
    <w:p>
      <w:r>
        <w:t>Several calls gather related information:</w:t>
      </w:r>
    </w:p>
    <w:p>
      <w:r>
        <w:t>- **`get_market_read`** includes SPX stats (IV rank, realized vol, kurtosis) — these come from</w:t>
      </w:r>
    </w:p>
    <w:p>
      <w:r>
        <w:t>`run_analysis(spx_distribution_stats)`. If stats are stale, Claude will suggest running it.</w:t>
      </w:r>
    </w:p>
    <w:p>
      <w:r>
        <w:t>- **`get_market_read`** includes dispersion regime — the same data as `run_analysis(dispersion_regime)`.</w:t>
      </w:r>
    </w:p>
    <w:p>
      <w:r>
        <w:t>- **`get_sticky_skew`** returns the sticky-skew classification — the same calculation as</w:t>
      </w:r>
    </w:p>
    <w:p>
      <w:r>
        <w:t>`run_analysis(sticky_skew)`, but formatted differently (one structured answer vs detailed history).</w:t>
      </w:r>
    </w:p>
    <w:p>
      <w:r>
        <w:t>- **`run_analysis(comprehensive)`** combines data from all of the above (SPX stats, dispersion, sticky-skew,</w:t>
      </w:r>
    </w:p>
    <w:p>
      <w:r>
        <w:t>VIX term) into one coherent narrative, so you don't have to ask for each one separately.</w:t>
      </w:r>
    </w:p>
    <w:p>
      <w:r>
        <w:t>**Rule of thumb:** Use the specific calls (`get_market_read`, `get_sticky_skew`) for quick targeted</w:t>
      </w:r>
    </w:p>
    <w:p>
      <w:r>
        <w:t>questions. Use `run_analysis(comprehensive)` when you want to understand the whole market picture at once.</w:t>
      </w:r>
    </w:p>
    <w:p>
      <w:r>
        <w:t># Step 4 — Ask questions</w:t>
      </w:r>
    </w:p>
    <w:p>
      <w:r>
        <w:t>Open a new chat and ask about SOAP2. Some examples:</w:t>
      </w:r>
    </w:p>
    <w:p>
      <w:r>
        <w:t>**Help and documentation:**</w:t>
      </w:r>
    </w:p>
    <w:p>
      <w:r>
        <w:t>- *How do I rewind to a past date in SOAP2?*</w:t>
      </w:r>
    </w:p>
    <w:p>
      <w:r>
        <w:t>- *What is skew, and what do the HSkew and VSkew charts show?*</w:t>
      </w:r>
    </w:p>
    <w:p>
      <w:r>
        <w:t>- *What are GEX and VEX? Is there a guide?*</w:t>
      </w:r>
    </w:p>
    <w:p>
      <w:r>
        <w:t>- *What keyboard shortcuts does SOAP2 have?*</w:t>
      </w:r>
    </w:p>
    <w:p>
      <w:r>
        <w:t>- *What changed in the latest release?*</w:t>
      </w:r>
    </w:p>
    <w:p>
      <w:r>
        <w:t>- *How do I set up email for sending feedback?*</w:t>
      </w:r>
    </w:p>
    <w:p>
      <w:r>
        <w:t>**Live data and regime analysis (Premium, Free Trial, developers):**</w:t>
      </w:r>
    </w:p>
    <w:p>
      <w:r>
        <w:t>- *Give me a market read on SPX.*</w:t>
      </w:r>
    </w:p>
    <w:p>
      <w:r>
        <w:t>- *What's the sticky-skew regime right now?*</w:t>
      </w:r>
    </w:p>
    <w:p>
      <w:r>
        <w:t>- *Review Trade 25 for me.*</w:t>
      </w:r>
    </w:p>
    <w:p>
      <w:r>
        <w:t>- *What's the skew doing? Has it changed?*</w:t>
      </w:r>
    </w:p>
    <w:p>
      <w:r>
        <w:t>- *Run comprehensive analysis.* (or *"Run it with size 250 for a quick summary."*)</w:t>
      </w:r>
    </w:p>
    <w:p>
      <w:r>
        <w:t>- *Run SPX Distribution Stats and tell me what it shows.*</w:t>
      </w:r>
    </w:p>
    <w:p>
      <w:r>
        <w:t>- *Any trade rule alerts?*</w:t>
      </w:r>
    </w:p>
    <w:p>
      <w:r>
        <w:t>You don't have to say "search the SOAP2 help" — Claude decides to look things up when the question is about</w:t>
      </w:r>
    </w:p>
    <w:p>
      <w:r>
        <w:t>SOAP2. If it doesn't, add *"check the SOAP2 help"* to your question.</w:t>
      </w:r>
    </w:p>
    <w:p>
      <w:r>
        <w:t>## What a good answer looks like</w:t>
      </w:r>
    </w:p>
    <w:p>
      <w:r>
        <w:t>- It is based on SOAP2's documentation, and it says so if the Help does not cover something. (If you ask about</w:t>
      </w:r>
    </w:p>
    <w:p>
      <w:r>
        <w:t>something SOAP2 doesn't do, the right answer is "the Help doesn't cover that", not an invention.)</w:t>
      </w:r>
    </w:p>
    <w:p>
      <w:r>
        <w:t>- It **links to the sources**. Links go to soap2.dev. A page that exists only inside the installed SOAP2 is</w:t>
      </w:r>
    </w:p>
    <w:p>
      <w:r>
        <w:t>named instead of linked — open it from SOAP2's **Help** menu.</w:t>
      </w:r>
    </w:p>
    <w:p>
      <w:r>
        <w:t>- It mentions the relevant **feature guide** (the downloadable Word documents) when there is one.</w:t>
      </w:r>
    </w:p>
    <w:p>
      <w:r>
        <w:t>- For advanced notions it gives a short plain-language introduction first, and any outside reading is labelled</w:t>
      </w:r>
    </w:p>
    <w:p>
      <w:r>
        <w:t>as outside SOAP2.</w:t>
      </w:r>
    </w:p>
    <w:p>
      <w:r>
        <w:t>Claude can still make mistakes. For anything that affects a trade, check the linked SOAP2 page.</w:t>
      </w:r>
    </w:p>
    <w:p>
      <w:r>
        <w:t># Keeping it working</w:t>
      </w:r>
    </w:p>
    <w:p>
      <w:r>
        <w:t>- **Updating SOAP2**: quit Claude Desktop/Code first if it's connected — the connector program</w:t>
      </w:r>
    </w:p>
    <w:p>
      <w:r>
        <w:t>(`SOAP2.Mcp.exe`) keeps running independently of SOAP2 itself for as long as Claude has it open, and an</w:t>
      </w:r>
    </w:p>
    <w:p>
      <w:r>
        <w:t>update installer can fail to replace it while it's locked. Re-running the connect scripts isn't needed</w:t>
      </w:r>
    </w:p>
    <w:p>
      <w:r>
        <w:t>unless the update notes say the connector changed; just restart SOAP2 (and Claude) after installing.</w:t>
      </w:r>
    </w:p>
    <w:p>
      <w:r>
        <w:t>- **Moving or reinstalling SOAP2** to a different folder: run the script again from the new **AiAssistant**</w:t>
      </w:r>
    </w:p>
    <w:p>
      <w:r>
        <w:t>folder so Claude points at the new location.</w:t>
      </w:r>
    </w:p>
    <w:p>
      <w:r>
        <w:t>- Help search and live-state questions only work **while SOAP2 is running**; without Premium's offline mode,</w:t>
      </w:r>
    </w:p>
    <w:p>
      <w:r>
        <w:t>Claude will say SOAP2 could not be reached if it's closed — start SOAP2 and ask again.</w:t>
      </w:r>
    </w:p>
    <w:p>
      <w:r>
        <w:t># If something doesn't work</w:t>
      </w:r>
    </w:p>
    <w:p>
      <w:r>
        <w:t>| Symptom | What to do |</w:t>
      </w:r>
    </w:p>
    <w:p>
      <w:r>
        <w:t>|---|---|</w:t>
      </w:r>
    </w:p>
    <w:p>
      <w:r>
        <w:t>| No "AI bridge started" line in the Message Log | Restart SOAP2. If it still doesn't appear, another copy of SOAP2 may already be running for your Windows user — close it. |</w:t>
      </w:r>
    </w:p>
    <w:p>
      <w:r>
        <w:t>| *Could not find the AiAssistant folder* (from the Connect button) | Reinstall SOAP2, or use the by-hand steps above if you know where SOAP2.Mcp.exe is. |</w:t>
      </w:r>
    </w:p>
    <w:p>
      <w:r>
        <w:t>| The window says *Claude Desktop is running* | Quit Claude Desktop from the tray icon (see Step 2), then click **Connect Claude Desktop...** again. |</w:t>
      </w:r>
    </w:p>
    <w:p>
      <w:r>
        <w:t>| The by-hand script is blocked ("running scripts is disabled") | Use the full command shown above, starting with `powershell -ExecutionPolicy Bypass -File`. |</w:t>
      </w:r>
    </w:p>
    <w:p>
      <w:r>
        <w:t>| *SOAP2.Mcp.exe not found* | Use the **Connect** buttons in General Settings instead of a copied script, or run the by-hand script from inside the **AiAssistant** folder itself. |</w:t>
      </w:r>
    </w:p>
    <w:p>
      <w:r>
        <w:t>| SOAP2 doesn't appear in Claude | Make sure you quit and restarted Claude Desktop (or started a *new* Claude Code session) and opened a *new* chat. |</w:t>
      </w:r>
    </w:p>
    <w:p>
      <w:r>
        <w:t>| Claude says SOAP2 couldn't be reached | SOAP2 is not running, or was started after Claude's chat began. Start SOAP2, then start a new chat. |</w:t>
      </w:r>
    </w:p>
    <w:p>
      <w:r>
        <w:t>| Claude answers from general knowledge instead of the Help | Ask again with *"check the SOAP2 help"*. |</w:t>
      </w:r>
    </w:p>
    <w:p>
      <w:r>
        <w:t>| **MCP server connection lost** (Claude says "soap2 server failed to connect") | The SOAP2.Mcp process may have crashed, been stopped, or SOAP2 was rebuilt/updated. **Restart Claude Desktop or Claude Code** to reconnect. If SOAP2 was updated, restart SOAP2 first, then restart Claude. |</w:t>
      </w:r>
    </w:p>
    <w:p>
      <w:r>
        <w:t>| **SOAP2.Mcp won't start or is already running** | If SOAP2.Mcp gets locked (e.g., during a rebuild), close it: open Task Manager, find `SOAP2.Mcp`, right-click and **End task**. Then restart Claude. |</w:t>
      </w:r>
    </w:p>
    <w:p>
      <w:r>
        <w:t>| **MCP tools work, but then stop working mid-conversation** | A process (SOAP2 or SOAP2.Mcp) may have been restarted or updated behind the scenes. Start a **new chat** to reconnect. |</w:t>
      </w:r>
    </w:p>
    <w:p>
      <w:r>
        <w:t>## Checking the MCP connection</w:t>
      </w:r>
    </w:p>
    <w:p>
      <w:r>
        <w:t>Claude Desktop keeps a log of its connections in `%LOCALAPPDATA%\Claude\Logs` — the file</w:t>
      </w:r>
    </w:p>
    <w:p>
      <w:r>
        <w:t>`mcp-server-soap2.log`, and `main.log` (search it for *soap2*). A line such as</w:t>
      </w:r>
    </w:p>
    <w:p>
      <w:r>
        <w:t>*Connected to soap2 (5 tools)* means the connection works.</w:t>
      </w:r>
    </w:p>
    <w:p>
      <w:r>
        <w:t>A line like *"Connection to soap2 failed"* or *"soap2 server disconnected"* means the MCP server</w:t>
      </w:r>
    </w:p>
    <w:p>
      <w:r>
        <w:t>(SOAP2.Mcp.exe) is not running, crashed, or SOAP2 was restarted. Restart Claude or the affected process.</w:t>
      </w:r>
    </w:p>
    <w:p>
      <w:r>
        <w:t>Include these logs when you [send feedback](./user_manual.md.html), together with SOAP2's `MessageLog.txt`.</w:t>
      </w:r>
    </w:p>
    <w:p>
      <w:r>
        <w:t># Privacy and safety</w:t>
      </w:r>
    </w:p>
    <w:p>
      <w:r>
        <w:t>- **Everything is local.** The connection between Claude's connector and SOAP2 is a private Windows channel that</w:t>
      </w:r>
    </w:p>
    <w:p>
      <w:r>
        <w:t>only your own Windows user account can open. It is never reachable over the network.</w:t>
      </w:r>
    </w:p>
    <w:p>
      <w:r>
        <w:t>- **Read-only.** The assistant can only *read documentation*. It cannot place orders, change settings, open</w:t>
      </w:r>
    </w:p>
    <w:p>
      <w:r>
        <w:t>trades or touch your account.</w:t>
      </w:r>
    </w:p>
    <w:p>
      <w:r>
        <w:t>- **Help search alone** (every edition): Claude receives only the text of the Help sections it looked up —</w:t>
      </w:r>
    </w:p>
    <w:p>
      <w:r>
        <w:t>the same documentation published on soap2.dev — plus your question. It does **not** receive your trades,</w:t>
      </w:r>
    </w:p>
    <w:p>
      <w:r>
        <w:t>positions, balances or account numbers.</w:t>
      </w:r>
    </w:p>
    <w:p>
      <w:r>
        <w:t>- **With live-state/offline mode turned on** (Step 3, Premium or Free Trial, off by default except offline</w:t>
      </w:r>
    </w:p>
    <w:p>
      <w:r>
        <w:t>mode): Claude also receives the facts those calls describe — open trades' legs/Greeks/breakevens, vol/skew/</w:t>
      </w:r>
    </w:p>
    <w:p>
      <w:r>
        <w:t>GEX readings, watchlist prices. It never receives account balances, net liquidation value, or IB account</w:t>
      </w:r>
    </w:p>
    <w:p>
      <w:r>
        <w:t>numbers (those are masked), and it is strictly read-only in every case — nothing can be changed, ordered,</w:t>
      </w:r>
    </w:p>
    <w:p>
      <w:r>
        <w:t>or transmitted.</w:t>
      </w:r>
    </w:p>
    <w:p>
      <w:r>
        <w:t>---</w:t>
      </w:r>
    </w:p>
    <w:p>
      <w:r>
        <w:t>Go back to the main [SOAP2 Help Guide](index.md.html).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SOAP2 AI Assistant User Guide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